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P1项目交付清单</w:t>
      </w:r>
    </w:p>
    <w:p>
      <w:pPr>
        <w:jc w:val="center"/>
      </w:pPr>
      <w:r>
        <w:rPr>
          <w:b/>
          <w:sz w:val="26"/>
        </w:rPr>
        <w:t>对话与反馈项目工坊</w:t>
      </w:r>
    </w:p>
    <w:p>
      <w:r>
        <w:t>本清单只保留项目最核心的交付内容。请按顺序填写或粘贴，不需要附上所有草稿、完整生成过程和未采用版本。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班级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组号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  <w:tr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项目名称</w:t>
            </w:r>
          </w:p>
        </w:tc>
        <w:tc>
          <w:tcPr>
            <w:tcW w:type="dxa" w:w="323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11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成员</w:t>
            </w:r>
          </w:p>
        </w:tc>
        <w:tc>
          <w:tcPr>
            <w:tcW w:type="dxa" w:w="340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/>
          </w:p>
        </w:tc>
      </w:tr>
    </w:tbl>
    <w:p>
      <w:pPr>
        <w:pStyle w:val="Heading1"/>
      </w:pPr>
      <w:r>
        <w:t>模块一  活动设计</w:t>
      </w:r>
    </w:p>
    <w:p>
      <w:r>
        <w:t>用一页说明目标学习者与口语目标、主要interaction style、提示词、活动流程和任务要求。风格必须落实到AI怎样推进回合以及学习者需要产生什么口语输出。</w:t>
      </w:r>
    </w:p>
    <w:p>
      <w:pPr>
        <w:pStyle w:val="Heading1"/>
      </w:pPr>
      <w:r>
        <w:t>模块二  试用记录</w:t>
      </w:r>
    </w:p>
    <w:p>
      <w:r>
        <w:t>提交一次5至10分钟的完整对话日志，并用一小段话结合理论分析AI和学习者在互动中的行为。请标出最能说明问题的对话片段。</w:t>
      </w:r>
    </w:p>
    <w:p>
      <w:pPr>
        <w:pStyle w:val="Heading1"/>
      </w:pPr>
      <w:r>
        <w:t>模块三  迭代建议</w:t>
      </w:r>
    </w:p>
    <w:p>
      <w:r>
        <w:t>用一小段话说明活动设计最需要改进的地方，并提出下一轮修改方案。建议写清“发现了什么—依据什么理论—准备怎样改”。</w:t>
      </w:r>
    </w:p>
    <w:p>
      <w:pPr>
        <w:pStyle w:val="Heading1"/>
      </w:pPr>
      <w:r>
        <w:t>提交方式</w:t>
      </w:r>
    </w:p>
    <w:p>
      <w:r>
        <w:t>一个DOCX或PDF主文件，按三个模块排列；完整对话可放在模块二或作为同一文件的附页。文件名：班级_组号_P1_项目名称。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